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5024B" w14:textId="0D317EBC" w:rsidR="00F95D5C" w:rsidRDefault="00ED7E22">
      <w:pPr>
        <w:pStyle w:val="Titel"/>
      </w:pPr>
      <w:r>
        <w:t xml:space="preserve">Lungevolumen og </w:t>
      </w:r>
      <w:r w:rsidR="002005B7">
        <w:t>minutvolumen</w:t>
      </w:r>
    </w:p>
    <w:p w14:paraId="0F1597EB" w14:textId="7198D420" w:rsidR="00F95D5C" w:rsidRPr="000843A1" w:rsidRDefault="00ED7E22">
      <w:pPr>
        <w:rPr>
          <w:b/>
          <w:bCs/>
          <w:color w:val="EE0000"/>
        </w:rPr>
      </w:pPr>
      <w:r>
        <w:t xml:space="preserve">Arbejd sammen </w:t>
      </w:r>
      <w:r w:rsidR="00C25C8D">
        <w:t>i små grupper af tre</w:t>
      </w:r>
      <w:r>
        <w:t>. Mål jeres vitalkapacitet, vejrtrækningsfrekvens og hvilepuls, og beregn luftens og blodets volumen pr. minut.</w:t>
      </w:r>
      <w:r w:rsidR="000843A1">
        <w:t xml:space="preserve"> </w:t>
      </w:r>
      <w:r w:rsidR="000843A1" w:rsidRPr="000843A1">
        <w:rPr>
          <w:b/>
          <w:bCs/>
          <w:color w:val="EE0000"/>
        </w:rPr>
        <w:t>Hver person udfylder dette ark med deres egne data.</w:t>
      </w:r>
    </w:p>
    <w:p w14:paraId="4A71CD57" w14:textId="508AE82F" w:rsidR="00F95D5C" w:rsidRDefault="00ED7E22">
      <w:pPr>
        <w:spacing w:after="120"/>
      </w:pPr>
      <w:r>
        <w:t xml:space="preserve">Navn: </w:t>
      </w:r>
      <w:r w:rsidR="00BD549F">
        <w:rPr>
          <w:color w:val="52616B"/>
        </w:rPr>
        <w:t>__________</w:t>
      </w:r>
      <w:r>
        <w:t xml:space="preserve">Alder: </w:t>
      </w:r>
      <w:r w:rsidR="00F33618">
        <w:rPr>
          <w:color w:val="52616B"/>
        </w:rPr>
        <w:t xml:space="preserve">             </w:t>
      </w:r>
      <w:r w:rsidR="00BD549F">
        <w:rPr>
          <w:color w:val="52616B"/>
        </w:rPr>
        <w:t>___________</w:t>
      </w:r>
      <w:r>
        <w:t xml:space="preserve">år    </w:t>
      </w:r>
      <w:r w:rsidR="00F33618">
        <w:t xml:space="preserve">                                   </w:t>
      </w:r>
      <w:r>
        <w:t xml:space="preserve">Dato: </w:t>
      </w:r>
      <w:r w:rsidR="00BD549F">
        <w:t>________</w:t>
      </w:r>
    </w:p>
    <w:p w14:paraId="623A68D6" w14:textId="77777777" w:rsidR="00743CD8" w:rsidRDefault="00743CD8">
      <w:pPr>
        <w:rPr>
          <w:sz w:val="19"/>
        </w:rPr>
      </w:pPr>
    </w:p>
    <w:p w14:paraId="7709A7C2" w14:textId="77777777" w:rsidR="00743CD8" w:rsidRDefault="00ED7E22">
      <w:pPr>
        <w:rPr>
          <w:b/>
          <w:bCs/>
          <w:sz w:val="24"/>
          <w:szCs w:val="32"/>
        </w:rPr>
      </w:pPr>
      <w:r w:rsidRPr="00743CD8">
        <w:rPr>
          <w:b/>
          <w:bCs/>
          <w:sz w:val="24"/>
          <w:szCs w:val="32"/>
        </w:rPr>
        <w:t xml:space="preserve">Udstyr: </w:t>
      </w:r>
    </w:p>
    <w:p w14:paraId="651AAF10" w14:textId="77777777" w:rsidR="00743CD8" w:rsidRPr="00743CD8" w:rsidRDefault="00ED7E22" w:rsidP="00743CD8">
      <w:pPr>
        <w:pStyle w:val="Listeafsnit"/>
        <w:numPr>
          <w:ilvl w:val="0"/>
          <w:numId w:val="10"/>
        </w:numPr>
        <w:rPr>
          <w:b/>
          <w:bCs/>
          <w:sz w:val="24"/>
          <w:szCs w:val="32"/>
        </w:rPr>
      </w:pPr>
      <w:r w:rsidRPr="00743CD8">
        <w:rPr>
          <w:b/>
          <w:bCs/>
          <w:sz w:val="24"/>
          <w:szCs w:val="32"/>
        </w:rPr>
        <w:t>Spirometer</w:t>
      </w:r>
      <w:r w:rsidR="00F33618" w:rsidRPr="00743CD8">
        <w:rPr>
          <w:b/>
          <w:bCs/>
          <w:sz w:val="24"/>
          <w:szCs w:val="32"/>
        </w:rPr>
        <w:t>,</w:t>
      </w:r>
      <w:r w:rsidRPr="00743CD8">
        <w:rPr>
          <w:b/>
          <w:bCs/>
          <w:sz w:val="24"/>
          <w:szCs w:val="32"/>
        </w:rPr>
        <w:t xml:space="preserve"> </w:t>
      </w:r>
    </w:p>
    <w:p w14:paraId="5D0A15FB" w14:textId="77777777" w:rsidR="00743CD8" w:rsidRPr="00743CD8" w:rsidRDefault="00ED7E22" w:rsidP="00743CD8">
      <w:pPr>
        <w:pStyle w:val="Listeafsnit"/>
        <w:numPr>
          <w:ilvl w:val="0"/>
          <w:numId w:val="10"/>
        </w:numPr>
        <w:rPr>
          <w:b/>
          <w:bCs/>
          <w:sz w:val="24"/>
          <w:szCs w:val="32"/>
        </w:rPr>
      </w:pPr>
      <w:r w:rsidRPr="00743CD8">
        <w:rPr>
          <w:b/>
          <w:bCs/>
          <w:sz w:val="24"/>
          <w:szCs w:val="32"/>
        </w:rPr>
        <w:t xml:space="preserve">evt. næseklemme, </w:t>
      </w:r>
    </w:p>
    <w:p w14:paraId="244A466A" w14:textId="49C9BF88" w:rsidR="00743CD8" w:rsidRPr="00743CD8" w:rsidRDefault="00ED7E22" w:rsidP="00743CD8">
      <w:pPr>
        <w:pStyle w:val="Listeafsnit"/>
        <w:numPr>
          <w:ilvl w:val="0"/>
          <w:numId w:val="10"/>
        </w:numPr>
        <w:rPr>
          <w:b/>
          <w:bCs/>
          <w:sz w:val="24"/>
          <w:szCs w:val="32"/>
        </w:rPr>
      </w:pPr>
      <w:r w:rsidRPr="00743CD8">
        <w:rPr>
          <w:b/>
          <w:bCs/>
          <w:sz w:val="24"/>
          <w:szCs w:val="32"/>
        </w:rPr>
        <w:t xml:space="preserve">stopur </w:t>
      </w:r>
    </w:p>
    <w:p w14:paraId="35A27652" w14:textId="66FA1D7E" w:rsidR="00F95D5C" w:rsidRPr="00743CD8" w:rsidRDefault="00ED7E22" w:rsidP="00743CD8">
      <w:pPr>
        <w:pStyle w:val="Listeafsnit"/>
        <w:numPr>
          <w:ilvl w:val="0"/>
          <w:numId w:val="10"/>
        </w:numPr>
        <w:rPr>
          <w:b/>
          <w:bCs/>
          <w:sz w:val="28"/>
          <w:szCs w:val="32"/>
        </w:rPr>
      </w:pPr>
      <w:r w:rsidRPr="00743CD8">
        <w:rPr>
          <w:b/>
          <w:bCs/>
          <w:sz w:val="24"/>
          <w:szCs w:val="32"/>
        </w:rPr>
        <w:t>lommeregner.</w:t>
      </w:r>
    </w:p>
    <w:p w14:paraId="34A1F51E" w14:textId="77777777" w:rsidR="00F95D5C" w:rsidRDefault="00ED7E22">
      <w:pPr>
        <w:pStyle w:val="Overskrift1"/>
      </w:pPr>
      <w:r>
        <w:t>1 Mål vejrtrækning og puls i hvile</w:t>
      </w:r>
    </w:p>
    <w:p w14:paraId="444544C2" w14:textId="77777777" w:rsidR="00F95D5C" w:rsidRDefault="00ED7E22">
      <w:r>
        <w:t>Sid roligt i ca. 5 minutter. Lav begge målinger, før du puster i spirometeret.</w:t>
      </w:r>
    </w:p>
    <w:p w14:paraId="306B9D8B" w14:textId="77777777" w:rsidR="00F95D5C" w:rsidRDefault="00ED7E22">
      <w:r>
        <w:t>• Lad din makker tælle dine vejrtrækninger i 60 sekunder, mens du trækker vejret normalt. Én indånding og én udånding tæller tilsammen som én vejrtrækning.</w:t>
      </w:r>
    </w:p>
    <w:p w14:paraId="2B87B9E2" w14:textId="77777777" w:rsidR="00F95D5C" w:rsidRDefault="00ED7E22">
      <w:r>
        <w:t>• Find din puls med pege- og langfinger på håndleddet ved tommelfingersiden eller let på den ene side af halsen ved siden af luftrøret. Tryk kun på én side af halsen ad gangen. Tæl pulsslag i 60 sekunder.</w:t>
      </w:r>
    </w:p>
    <w:p w14:paraId="10F2EB85" w14:textId="12887370" w:rsidR="00F95D5C" w:rsidRDefault="00ED7E22">
      <w:pPr>
        <w:spacing w:after="60"/>
      </w:pPr>
      <w:r>
        <w:rPr>
          <w:b/>
        </w:rPr>
        <w:t xml:space="preserve">Vejrtrækningsfrekvens: </w:t>
      </w:r>
      <w:r w:rsidR="00F33618">
        <w:rPr>
          <w:b/>
          <w:color w:val="52616B"/>
        </w:rPr>
        <w:t xml:space="preserve"> </w:t>
      </w:r>
      <w:r w:rsidR="00BD549F">
        <w:rPr>
          <w:b/>
          <w:color w:val="52616B"/>
        </w:rPr>
        <w:t>__________</w:t>
      </w:r>
      <w:r w:rsidR="00F33618">
        <w:rPr>
          <w:b/>
          <w:color w:val="52616B"/>
        </w:rPr>
        <w:t xml:space="preserve"> </w:t>
      </w:r>
      <w:r>
        <w:rPr>
          <w:b/>
        </w:rPr>
        <w:t xml:space="preserve">vejrtrækninger/min     </w:t>
      </w:r>
      <w:r w:rsidR="00F33618">
        <w:rPr>
          <w:b/>
        </w:rPr>
        <w:t xml:space="preserve">                                      </w:t>
      </w:r>
      <w:proofErr w:type="spellStart"/>
      <w:r>
        <w:rPr>
          <w:b/>
        </w:rPr>
        <w:t>Hvilepul</w:t>
      </w:r>
      <w:r w:rsidR="00BD549F">
        <w:rPr>
          <w:b/>
        </w:rPr>
        <w:t>g</w:t>
      </w:r>
      <w:proofErr w:type="spellEnd"/>
      <w:r w:rsidR="00BD549F">
        <w:rPr>
          <w:b/>
        </w:rPr>
        <w:t>:_________-</w:t>
      </w:r>
      <w:r>
        <w:rPr>
          <w:b/>
        </w:rPr>
        <w:t>lag/min</w:t>
      </w:r>
    </w:p>
    <w:p w14:paraId="52420DAE" w14:textId="77777777" w:rsidR="00F95D5C" w:rsidRDefault="00ED7E22">
      <w:pPr>
        <w:pStyle w:val="Overskrift1"/>
      </w:pPr>
      <w:r>
        <w:t>2 Mål din vitalkapacitet med spirometeret</w:t>
      </w:r>
    </w:p>
    <w:p w14:paraId="05B78815" w14:textId="6CEC4FCA" w:rsidR="00F33618" w:rsidRDefault="00F33618" w:rsidP="00F33618">
      <w:r>
        <w:t>Start med at undersøge figur 1 nedenfor. På figuren viser den sorte streg, en person der trækker vejret normal 1 gang (=</w:t>
      </w:r>
      <w:r w:rsidRPr="00F33618">
        <w:rPr>
          <w:b/>
          <w:bCs/>
        </w:rPr>
        <w:t>åndingsdybden</w:t>
      </w:r>
      <w:r>
        <w:t xml:space="preserve">), derefter suger personen så meget luft ned i lungerne som muligt (= </w:t>
      </w:r>
      <w:r w:rsidRPr="00F33618">
        <w:rPr>
          <w:b/>
          <w:bCs/>
        </w:rPr>
        <w:t>inspiratoriske reservevolumen</w:t>
      </w:r>
      <w:r>
        <w:t>), derefter pustes så meget luft ud af lungerne som muligt (=</w:t>
      </w:r>
      <w:proofErr w:type="spellStart"/>
      <w:r w:rsidRPr="00F33618">
        <w:rPr>
          <w:b/>
          <w:bCs/>
        </w:rPr>
        <w:t>expiratorisk</w:t>
      </w:r>
      <w:proofErr w:type="spellEnd"/>
      <w:r w:rsidRPr="00F33618">
        <w:rPr>
          <w:b/>
          <w:bCs/>
        </w:rPr>
        <w:t xml:space="preserve"> reservevolumen</w:t>
      </w:r>
      <w:r>
        <w:t xml:space="preserve">). Herefter følger to normale vejrtrækninger. Den maksimale volumen personen kan indånde og derefter udånde, kaldet for </w:t>
      </w:r>
      <w:r w:rsidRPr="00F33618">
        <w:rPr>
          <w:b/>
          <w:bCs/>
        </w:rPr>
        <w:t>vitalkapaciteten</w:t>
      </w:r>
      <w:r>
        <w:t>.</w:t>
      </w:r>
    </w:p>
    <w:p w14:paraId="4F72ACCB" w14:textId="61CDA809" w:rsidR="00F33618" w:rsidRPr="00D65635" w:rsidRDefault="00F33618" w:rsidP="00F33618">
      <w:pPr>
        <w:rPr>
          <w:b/>
          <w:bCs/>
          <w:sz w:val="24"/>
          <w:szCs w:val="28"/>
        </w:rPr>
      </w:pPr>
      <w:r w:rsidRPr="00D65635">
        <w:rPr>
          <w:b/>
          <w:bCs/>
          <w:sz w:val="24"/>
          <w:szCs w:val="28"/>
        </w:rPr>
        <w:t>Nu skal I måle vitalkapaciteten på jer selv:</w:t>
      </w:r>
    </w:p>
    <w:p w14:paraId="4B13A72C" w14:textId="77777777" w:rsidR="00F95D5C" w:rsidRDefault="00ED7E22">
      <w:r>
        <w:t>1. Sid oprejst. Sæt dit eget rene mundstykke på, og nulstil spirometeret efter lærerens anvisning.</w:t>
      </w:r>
    </w:p>
    <w:p w14:paraId="4C013074" w14:textId="41449ECA" w:rsidR="00F95D5C" w:rsidRDefault="00ED7E22">
      <w:r>
        <w:t>2. Tag en så dyb indånding som muligt</w:t>
      </w:r>
      <w:r w:rsidR="00F33618">
        <w:t>, maven kommer ud og skuldrene op</w:t>
      </w:r>
      <w:r>
        <w:t>. Slut læberne tæt om mundstykket, og brug evt. næseklemme, så luften ikke slipper ud gennem næsen.</w:t>
      </w:r>
    </w:p>
    <w:p w14:paraId="64ACBA70" w14:textId="77777777" w:rsidR="00F95D5C" w:rsidRDefault="00ED7E22">
      <w:r>
        <w:t>3. Pust så meget luft ud som muligt i én lang, sammenhængende udånding. Fortsæt, til du ikke kan puste mere ud. Aflæs den samlede udåndede volumen. Stop, hvis du bliver svimmel.</w:t>
      </w:r>
    </w:p>
    <w:p w14:paraId="517954E5" w14:textId="68145441" w:rsidR="00F95D5C" w:rsidRDefault="00ED7E22">
      <w:r>
        <w:rPr>
          <w:b/>
        </w:rPr>
        <w:t>Min vitalkapacitet</w:t>
      </w:r>
      <w:r w:rsidR="00BD549F">
        <w:rPr>
          <w:b/>
        </w:rPr>
        <w:t xml:space="preserve"> i ml omregnet til liter</w:t>
      </w:r>
      <w:r>
        <w:rPr>
          <w:b/>
        </w:rPr>
        <w:t xml:space="preserve">: </w:t>
      </w:r>
      <w:r w:rsidR="00BD549F">
        <w:rPr>
          <w:b/>
          <w:color w:val="52616B"/>
        </w:rPr>
        <w:t>___________</w:t>
      </w:r>
      <w:proofErr w:type="spellStart"/>
      <w:r>
        <w:rPr>
          <w:b/>
        </w:rPr>
        <w:t>mL</w:t>
      </w:r>
      <w:proofErr w:type="spellEnd"/>
      <w:r>
        <w:rPr>
          <w:b/>
        </w:rPr>
        <w:t xml:space="preserve"> ÷ 1000 = </w:t>
      </w:r>
      <w:r w:rsidR="00BD549F">
        <w:rPr>
          <w:b/>
          <w:color w:val="52616B"/>
        </w:rPr>
        <w:t>_________</w:t>
      </w:r>
      <w:r>
        <w:rPr>
          <w:b/>
        </w:rPr>
        <w:t xml:space="preserve"> L</w:t>
      </w:r>
    </w:p>
    <w:p w14:paraId="36BAB8D9" w14:textId="75DB5785" w:rsidR="00F95D5C" w:rsidRDefault="00ED7E22">
      <w:r>
        <w:rPr>
          <w:sz w:val="19"/>
        </w:rPr>
        <w:t>Målingen er din vitalkapacitet. Der bliver stadig luft tilbage i lungerne efter maksimal udånding. Det kaldes residualvolumen og måles ikke med denne spirometermåling</w:t>
      </w:r>
      <w:r w:rsidR="00F33618">
        <w:rPr>
          <w:sz w:val="19"/>
        </w:rPr>
        <w:t>.</w:t>
      </w:r>
    </w:p>
    <w:p w14:paraId="345226A3" w14:textId="77777777" w:rsidR="00F95D5C" w:rsidRDefault="00ED7E22">
      <w:pPr>
        <w:keepNext/>
        <w:spacing w:after="60"/>
        <w:jc w:val="center"/>
      </w:pPr>
      <w:r>
        <w:rPr>
          <w:noProof/>
        </w:rPr>
        <w:lastRenderedPageBreak/>
        <w:drawing>
          <wp:inline distT="0" distB="0" distL="0" distR="0" wp14:anchorId="260C87AD" wp14:editId="49BDB7B0">
            <wp:extent cx="6156000" cy="2496012"/>
            <wp:effectExtent l="0" t="0" r="0" b="0"/>
            <wp:docPr id="1" name="Picture 1" descr="Lungevolumener med åndingsdybde 500 mL, vitalkapacitet 4800 mL og residualvolumen 1200 mL i eksemp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x-clipboard-5f7c8d72-c952-4e99-abba-d3833ffce613.png"/>
                    <pic:cNvPicPr/>
                  </pic:nvPicPr>
                  <pic:blipFill>
                    <a:blip r:embed="rId8"/>
                    <a:srcRect r="34848"/>
                    <a:stretch>
                      <a:fillRect/>
                    </a:stretch>
                  </pic:blipFill>
                  <pic:spPr>
                    <a:xfrm>
                      <a:off x="0" y="0"/>
                      <a:ext cx="6156000" cy="2496012"/>
                    </a:xfrm>
                    <a:prstGeom prst="rect">
                      <a:avLst/>
                    </a:prstGeom>
                  </pic:spPr>
                </pic:pic>
              </a:graphicData>
            </a:graphic>
          </wp:inline>
        </w:drawing>
      </w:r>
    </w:p>
    <w:p w14:paraId="4EA111D5" w14:textId="2781423E" w:rsidR="00F95D5C" w:rsidRDefault="00ED7E22">
      <w:pPr>
        <w:pStyle w:val="Billedtekst"/>
      </w:pPr>
      <w:r>
        <w:t>Figur 1.</w:t>
      </w:r>
      <w:r w:rsidR="00F33618">
        <w:t>Viser</w:t>
      </w:r>
      <w:r>
        <w:t xml:space="preserve"> Lungevolumener</w:t>
      </w:r>
      <w:r w:rsidR="00F33618">
        <w:t xml:space="preserve">, den sorte streg viser en person der trækker vejret normal 1 gang, derefter suger personen så meget luft ned i lungerne, </w:t>
      </w:r>
      <w:proofErr w:type="spellStart"/>
      <w:r w:rsidR="00F33618">
        <w:t>dereter</w:t>
      </w:r>
      <w:proofErr w:type="spellEnd"/>
      <w:r w:rsidR="00F33618">
        <w:t xml:space="preserve"> pustes så meget luft ud af lungerne som muligt. Herefter følger to normale vejrtrækninger. Den maksimale volumen personen kan indånde og derefter udånde, kaldet for vitalkapaciteten. </w:t>
      </w:r>
      <w:r>
        <w:t xml:space="preserve"> Tallene er eksempler og varierer fra person til person.</w:t>
      </w:r>
    </w:p>
    <w:p w14:paraId="1435F152" w14:textId="77777777" w:rsidR="00F95D5C" w:rsidRDefault="00ED7E22">
      <w:pPr>
        <w:pStyle w:val="Overskrift1"/>
      </w:pPr>
      <w:r>
        <w:t>3 Beregn din ventilation i hvile</w:t>
      </w:r>
    </w:p>
    <w:p w14:paraId="7477A191" w14:textId="4993C7EB" w:rsidR="00F95D5C" w:rsidRDefault="00ED7E22">
      <w:r>
        <w:t>Find åndingsdybden i figur 1. Det er den luftmængde, man indånder ved et normalt åndedrag i figurens eksempel. Brug denne modelværdi i beregningen.</w:t>
      </w:r>
    </w:p>
    <w:p w14:paraId="2394165F" w14:textId="1E459549" w:rsidR="00BD549F" w:rsidRPr="004A5535" w:rsidRDefault="00BD549F">
      <w:pPr>
        <w:rPr>
          <w:bCs/>
        </w:rPr>
      </w:pPr>
      <w:r w:rsidRPr="004A5535">
        <w:rPr>
          <w:bCs/>
        </w:rPr>
        <w:t xml:space="preserve">Beregn </w:t>
      </w:r>
      <w:r w:rsidR="004A5535" w:rsidRPr="004A5535">
        <w:rPr>
          <w:bCs/>
        </w:rPr>
        <w:t xml:space="preserve">din minut-ventilation, altså </w:t>
      </w:r>
      <w:r w:rsidRPr="004A5535">
        <w:rPr>
          <w:bCs/>
        </w:rPr>
        <w:t>hvor mange liter luft du trækker ind og ud på et minut, det har enheden (L/min)</w:t>
      </w:r>
    </w:p>
    <w:p w14:paraId="0DFAF1DD" w14:textId="77777777" w:rsidR="004A5535" w:rsidRDefault="004A5535">
      <w:pPr>
        <w:rPr>
          <w:b/>
        </w:rPr>
      </w:pPr>
      <w:r w:rsidRPr="004A5535">
        <w:rPr>
          <w:bCs/>
        </w:rPr>
        <w:t>Formel til udregning:</w:t>
      </w:r>
      <w:r>
        <w:rPr>
          <w:b/>
        </w:rPr>
        <w:t xml:space="preserve"> </w:t>
      </w:r>
      <w:r w:rsidRPr="004A5535">
        <w:rPr>
          <w:b/>
        </w:rPr>
        <w:t xml:space="preserve"> </w:t>
      </w:r>
    </w:p>
    <w:p w14:paraId="2C7E1C28" w14:textId="49990252" w:rsidR="00F95D5C" w:rsidRPr="004A5535" w:rsidRDefault="00BD549F">
      <w:pPr>
        <w:rPr>
          <w:b/>
        </w:rPr>
      </w:pPr>
      <w:r w:rsidRPr="004A5535">
        <w:rPr>
          <w:b/>
        </w:rPr>
        <w:t>Minut-ventilation (L/min) = vejrtrækninger pr. minut × åndingsdybde (L)</w:t>
      </w:r>
    </w:p>
    <w:p w14:paraId="7D0AF455" w14:textId="7FAF0585" w:rsidR="00F95D5C" w:rsidRPr="004A5535" w:rsidRDefault="00ED7E22">
      <w:pPr>
        <w:spacing w:after="0"/>
        <w:rPr>
          <w:bCs/>
        </w:rPr>
      </w:pPr>
      <w:r w:rsidRPr="004A5535">
        <w:rPr>
          <w:bCs/>
        </w:rPr>
        <w:t xml:space="preserve">Min </w:t>
      </w:r>
      <w:r w:rsidR="00BD549F" w:rsidRPr="004A5535">
        <w:rPr>
          <w:bCs/>
        </w:rPr>
        <w:t>minut-</w:t>
      </w:r>
      <w:r w:rsidRPr="004A5535">
        <w:rPr>
          <w:bCs/>
        </w:rPr>
        <w:t>ventilation i hvile</w:t>
      </w:r>
      <w:r w:rsidR="00BD549F" w:rsidRPr="004A5535">
        <w:rPr>
          <w:bCs/>
        </w:rPr>
        <w:t xml:space="preserve"> udregnes her</w:t>
      </w:r>
      <w:r w:rsidRPr="004A5535">
        <w:rPr>
          <w:bCs/>
        </w:rPr>
        <w:t xml:space="preserve">: </w:t>
      </w:r>
      <w:r w:rsidR="00BD549F" w:rsidRPr="004A5535">
        <w:rPr>
          <w:bCs/>
          <w:color w:val="52616B"/>
        </w:rPr>
        <w:t xml:space="preserve">                        </w:t>
      </w:r>
    </w:p>
    <w:p w14:paraId="284C5DDC" w14:textId="6E451A81" w:rsidR="00F95D5C" w:rsidRDefault="00F95D5C"/>
    <w:p w14:paraId="14B999DD" w14:textId="55D82583" w:rsidR="00F95D5C" w:rsidRDefault="00ED7E22">
      <w:pPr>
        <w:pStyle w:val="Overskrift1"/>
      </w:pPr>
      <w:r>
        <w:t>4 Beregn din maxpuls</w:t>
      </w:r>
      <w:r w:rsidR="00D65635">
        <w:t xml:space="preserve"> og hvilepuls</w:t>
      </w:r>
    </w:p>
    <w:p w14:paraId="2F507E11" w14:textId="77777777" w:rsidR="00F95D5C" w:rsidRDefault="00ED7E22">
      <w:r>
        <w:t>Brug tommelfingerformlen. Resultatet er et skøn over din maxpuls; den skal kun beregnes i denne øvelse.</w:t>
      </w:r>
    </w:p>
    <w:p w14:paraId="3E01104B" w14:textId="4DCE3D3A" w:rsidR="00F95D5C" w:rsidRDefault="00ED7E22">
      <w:pPr>
        <w:spacing w:after="100"/>
        <w:rPr>
          <w:b/>
        </w:rPr>
      </w:pPr>
      <w:r>
        <w:rPr>
          <w:b/>
        </w:rPr>
        <w:t xml:space="preserve">Maxpuls = 220 − alder = </w:t>
      </w:r>
      <w:r w:rsidR="00D65635">
        <w:rPr>
          <w:b/>
        </w:rPr>
        <w:t xml:space="preserve"> ___________</w:t>
      </w:r>
      <w:r>
        <w:rPr>
          <w:b/>
        </w:rPr>
        <w:t>slag/min</w:t>
      </w:r>
    </w:p>
    <w:p w14:paraId="40FFF5EE" w14:textId="77777777" w:rsidR="00D65635" w:rsidRDefault="00D65635" w:rsidP="00D65635"/>
    <w:p w14:paraId="446E5A2C" w14:textId="5B49341F" w:rsidR="00D65635" w:rsidRDefault="00D65635" w:rsidP="00D65635">
      <w:r>
        <w:t>Find din hvilepuls ved at måle din puls med to fingre på enten håndled eller halspulsåre.</w:t>
      </w:r>
    </w:p>
    <w:p w14:paraId="5AA699FD" w14:textId="79C01F3E" w:rsidR="00D65635" w:rsidRDefault="00D65635">
      <w:pPr>
        <w:spacing w:after="100"/>
        <w:rPr>
          <w:b/>
        </w:rPr>
      </w:pPr>
      <w:r>
        <w:rPr>
          <w:b/>
        </w:rPr>
        <w:t>Hvilepuls: _______slag/min</w:t>
      </w:r>
    </w:p>
    <w:p w14:paraId="2D5C54CD" w14:textId="66149EB8" w:rsidR="00D65635" w:rsidRDefault="00D65635">
      <w:pPr>
        <w:spacing w:after="100"/>
        <w:rPr>
          <w:b/>
        </w:rPr>
      </w:pPr>
      <w:r>
        <w:rPr>
          <w:b/>
        </w:rPr>
        <w:t>Indsæt maxpuls og hvile i skema nederst dette dokument.</w:t>
      </w:r>
    </w:p>
    <w:p w14:paraId="5EFB1512" w14:textId="77777777" w:rsidR="00D65635" w:rsidRPr="00D65635" w:rsidRDefault="00D65635">
      <w:pPr>
        <w:spacing w:after="100"/>
        <w:rPr>
          <w:b/>
        </w:rPr>
      </w:pPr>
    </w:p>
    <w:p w14:paraId="49DAD6FA" w14:textId="6FA5BEE3" w:rsidR="00F95D5C" w:rsidRDefault="00ED7E22">
      <w:pPr>
        <w:pStyle w:val="Overskrift1"/>
      </w:pPr>
      <w:r>
        <w:t xml:space="preserve">5 Aflæs slagvolumen </w:t>
      </w:r>
      <w:r w:rsidR="00CC51FA">
        <w:t xml:space="preserve">for hvile puls og maksimal puls </w:t>
      </w:r>
      <w:r>
        <w:t>på grafen</w:t>
      </w:r>
      <w:r w:rsidR="00E64535">
        <w:t xml:space="preserve"> i figur 2.</w:t>
      </w:r>
    </w:p>
    <w:p w14:paraId="6B760477" w14:textId="1F93319A" w:rsidR="00F95D5C" w:rsidRDefault="00ED7E22">
      <w:r>
        <w:t>Slagvolumen er den mængde blod, hjertet pumper ud pr. slag</w:t>
      </w:r>
      <w:r w:rsidR="00BD549F">
        <w:t>, den stiger når pulsen stiger</w:t>
      </w:r>
      <w:r>
        <w:t>. Vælg én af figurens eksempelkurver</w:t>
      </w:r>
      <w:r w:rsidR="00BD549F">
        <w:t xml:space="preserve"> afhængig af om du er dreng eller pige</w:t>
      </w:r>
      <w:r>
        <w:t>, og brug den til begge aflæsninger. Tallene er modelskøn over slagvolumen.</w:t>
      </w:r>
    </w:p>
    <w:p w14:paraId="3B6C7433" w14:textId="77777777" w:rsidR="00E64535" w:rsidRDefault="00CC51FA">
      <w:pPr>
        <w:rPr>
          <w:b/>
          <w:bCs/>
        </w:rPr>
      </w:pPr>
      <w:r>
        <w:t xml:space="preserve">F.eks. </w:t>
      </w:r>
      <w:r w:rsidRPr="00D110E1">
        <w:t xml:space="preserve">Hvis </w:t>
      </w:r>
      <w:r>
        <w:t xml:space="preserve">du er pige, og </w:t>
      </w:r>
      <w:r w:rsidRPr="00D110E1">
        <w:t xml:space="preserve">din puls </w:t>
      </w:r>
      <w:r w:rsidRPr="00D110E1">
        <w:t>f.eks.</w:t>
      </w:r>
      <w:r w:rsidRPr="00D110E1">
        <w:t xml:space="preserve"> er </w:t>
      </w:r>
      <w:r w:rsidRPr="00D110E1">
        <w:rPr>
          <w:b/>
          <w:bCs/>
        </w:rPr>
        <w:t>120 slag/min</w:t>
      </w:r>
      <w:r w:rsidRPr="00D110E1">
        <w:t xml:space="preserve">, og </w:t>
      </w:r>
      <w:r>
        <w:t>vil du kunne aflæse at</w:t>
      </w:r>
      <w:r w:rsidRPr="00D110E1">
        <w:t xml:space="preserve"> slagvolumen </w:t>
      </w:r>
      <w:r>
        <w:t xml:space="preserve">er </w:t>
      </w:r>
      <w:r w:rsidRPr="00D110E1">
        <w:rPr>
          <w:b/>
          <w:bCs/>
        </w:rPr>
        <w:t>90 ml/slag</w:t>
      </w:r>
      <w:r>
        <w:rPr>
          <w:b/>
          <w:bCs/>
        </w:rPr>
        <w:t xml:space="preserve">. </w:t>
      </w:r>
    </w:p>
    <w:p w14:paraId="12218DA4" w14:textId="71AACF41" w:rsidR="00CC51FA" w:rsidRDefault="00CC51FA">
      <w:pPr>
        <w:rPr>
          <w:b/>
          <w:bCs/>
        </w:rPr>
      </w:pPr>
      <w:r>
        <w:rPr>
          <w:b/>
          <w:bCs/>
        </w:rPr>
        <w:t xml:space="preserve">Du skal </w:t>
      </w:r>
      <w:r w:rsidR="00E64535">
        <w:rPr>
          <w:b/>
          <w:bCs/>
        </w:rPr>
        <w:t xml:space="preserve">nu </w:t>
      </w:r>
      <w:r>
        <w:rPr>
          <w:b/>
          <w:bCs/>
        </w:rPr>
        <w:t xml:space="preserve">aflæse slagvolumen for hvile- og </w:t>
      </w:r>
      <w:proofErr w:type="spellStart"/>
      <w:r>
        <w:rPr>
          <w:b/>
          <w:bCs/>
        </w:rPr>
        <w:t>maks</w:t>
      </w:r>
      <w:proofErr w:type="spellEnd"/>
      <w:r>
        <w:rPr>
          <w:b/>
          <w:bCs/>
        </w:rPr>
        <w:t xml:space="preserve"> puls. </w:t>
      </w:r>
    </w:p>
    <w:p w14:paraId="7A8CB383" w14:textId="77777777" w:rsidR="00CC51FA" w:rsidRDefault="00CC51FA">
      <w:pPr>
        <w:rPr>
          <w:i/>
          <w:iCs/>
          <w:color w:val="auto"/>
        </w:rPr>
      </w:pPr>
    </w:p>
    <w:p w14:paraId="2349C1D2" w14:textId="172B7DFB" w:rsidR="00CC51FA" w:rsidRDefault="00CC51FA">
      <w:pPr>
        <w:rPr>
          <w:i/>
          <w:iCs/>
          <w:color w:val="auto"/>
        </w:rPr>
      </w:pPr>
      <w:r w:rsidRPr="00CC51FA">
        <w:rPr>
          <w:i/>
          <w:iCs/>
          <w:color w:val="auto"/>
        </w:rPr>
        <w:t xml:space="preserve">OBS: hvis din hvilepuls og </w:t>
      </w:r>
      <w:r w:rsidRPr="00CC51FA">
        <w:rPr>
          <w:b/>
          <w:bCs/>
          <w:i/>
          <w:iCs/>
          <w:color w:val="EE0000"/>
        </w:rPr>
        <w:t>maksimal puls ligger uden for x-aksens værdier</w:t>
      </w:r>
      <w:r w:rsidRPr="00CC51FA">
        <w:rPr>
          <w:i/>
          <w:iCs/>
          <w:color w:val="auto"/>
        </w:rPr>
        <w:t>, bruges de minimum og maksimum værdier der på x-aksen</w:t>
      </w:r>
    </w:p>
    <w:p w14:paraId="72ED2C87" w14:textId="77777777" w:rsidR="00CC51FA" w:rsidRPr="00CC51FA" w:rsidRDefault="00CC51FA">
      <w:pPr>
        <w:rPr>
          <w:i/>
          <w:iCs/>
          <w:color w:val="auto"/>
        </w:rPr>
      </w:pPr>
    </w:p>
    <w:p w14:paraId="02DCF1D4" w14:textId="62A941E3" w:rsidR="00CC51FA" w:rsidRDefault="00CC51FA">
      <w:pPr>
        <w:rPr>
          <w:b/>
          <w:bCs/>
        </w:rPr>
      </w:pPr>
      <w:r>
        <w:rPr>
          <w:b/>
          <w:bCs/>
        </w:rPr>
        <w:t>Hvilepuls: ___________</w:t>
      </w:r>
      <w:r>
        <w:rPr>
          <w:b/>
          <w:bCs/>
        </w:rPr>
        <w:tab/>
        <w:t xml:space="preserve">     Aflæst slagvolumen = _______________</w:t>
      </w:r>
    </w:p>
    <w:p w14:paraId="5EAE8612" w14:textId="555D06D9" w:rsidR="00CC51FA" w:rsidRDefault="00CC51FA">
      <w:pPr>
        <w:rPr>
          <w:b/>
          <w:bCs/>
        </w:rPr>
      </w:pPr>
      <w:r>
        <w:rPr>
          <w:b/>
          <w:bCs/>
        </w:rPr>
        <w:t xml:space="preserve">Maks puls: __________ </w:t>
      </w:r>
      <w:r>
        <w:rPr>
          <w:b/>
          <w:bCs/>
        </w:rPr>
        <w:tab/>
        <w:t xml:space="preserve">     </w:t>
      </w:r>
      <w:r>
        <w:rPr>
          <w:b/>
          <w:bCs/>
        </w:rPr>
        <w:t>Aflæst slagvolumen = _______________</w:t>
      </w:r>
    </w:p>
    <w:p w14:paraId="6A8D7EEA" w14:textId="77777777" w:rsidR="00CC51FA" w:rsidRDefault="00CC51FA">
      <w:pPr>
        <w:rPr>
          <w:b/>
          <w:bCs/>
        </w:rPr>
      </w:pPr>
    </w:p>
    <w:p w14:paraId="69964C3F" w14:textId="77777777" w:rsidR="00CC51FA" w:rsidRPr="00D110E1" w:rsidRDefault="00CC51FA" w:rsidP="00CC51FA"/>
    <w:p w14:paraId="53A5E778" w14:textId="77777777" w:rsidR="00CC51FA" w:rsidRDefault="00CC51FA"/>
    <w:p w14:paraId="29964CA8" w14:textId="77777777" w:rsidR="00F95D5C" w:rsidRDefault="00ED7E22">
      <w:pPr>
        <w:keepNext/>
        <w:spacing w:after="60"/>
        <w:jc w:val="center"/>
      </w:pPr>
      <w:r>
        <w:rPr>
          <w:noProof/>
        </w:rPr>
        <w:lastRenderedPageBreak/>
        <w:drawing>
          <wp:inline distT="0" distB="0" distL="0" distR="0" wp14:anchorId="0E3CAB7D" wp14:editId="4A77E726">
            <wp:extent cx="6480000" cy="4695545"/>
            <wp:effectExtent l="19050" t="19050" r="16510" b="10160"/>
            <wp:docPr id="2" name="Picture 2" descr="Undervisningsmodel med puls fra 70 til 200 slag pr. minut. Drengekurven stiger fra 70 til 110 mL pr. slag, pigekurven fra 60 til 100 mL pr. slag. Begge flader ud ved ca. 140 slag pr. mi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gvolumen_undervisningsmodel.png"/>
                    <pic:cNvPicPr/>
                  </pic:nvPicPr>
                  <pic:blipFill>
                    <a:blip r:embed="rId9"/>
                    <a:stretch>
                      <a:fillRect/>
                    </a:stretch>
                  </pic:blipFill>
                  <pic:spPr>
                    <a:xfrm>
                      <a:off x="0" y="0"/>
                      <a:ext cx="6480000" cy="4695545"/>
                    </a:xfrm>
                    <a:prstGeom prst="rect">
                      <a:avLst/>
                    </a:prstGeom>
                    <a:ln w="12700">
                      <a:solidFill>
                        <a:schemeClr val="tx1"/>
                      </a:solidFill>
                    </a:ln>
                  </pic:spPr>
                </pic:pic>
              </a:graphicData>
            </a:graphic>
          </wp:inline>
        </w:drawing>
      </w:r>
    </w:p>
    <w:p w14:paraId="06079397" w14:textId="77777777" w:rsidR="00F95D5C" w:rsidRDefault="00ED7E22">
      <w:pPr>
        <w:pStyle w:val="Billedtekst"/>
      </w:pPr>
      <w:r>
        <w:t>Figur 2. Undervisningsmodel for slagvolumen. Kurverne viser illustrative eksempler.</w:t>
      </w:r>
    </w:p>
    <w:p w14:paraId="5F1A49AC" w14:textId="77777777" w:rsidR="00CC51FA" w:rsidRPr="00D65635" w:rsidRDefault="00CC51FA" w:rsidP="00CC51FA">
      <w:pPr>
        <w:spacing w:after="200" w:line="276" w:lineRule="auto"/>
        <w:rPr>
          <w:rFonts w:asciiTheme="majorHAnsi" w:eastAsiaTheme="majorEastAsia" w:hAnsiTheme="majorHAnsi" w:cstheme="majorBidi"/>
          <w:b/>
          <w:bCs/>
          <w:sz w:val="26"/>
          <w:szCs w:val="28"/>
        </w:rPr>
      </w:pPr>
      <w:r w:rsidRPr="00D65635">
        <w:rPr>
          <w:rFonts w:asciiTheme="majorHAnsi" w:eastAsiaTheme="majorEastAsia" w:hAnsiTheme="majorHAnsi" w:cstheme="majorBidi"/>
          <w:b/>
          <w:bCs/>
          <w:sz w:val="26"/>
          <w:szCs w:val="28"/>
        </w:rPr>
        <w:t>6 Beregn hjertets minutvolumen</w:t>
      </w:r>
    </w:p>
    <w:p w14:paraId="0E892793" w14:textId="683235EB" w:rsidR="00CC51FA" w:rsidRDefault="00CC51FA" w:rsidP="00CC51FA">
      <w:r>
        <w:t>Nu skal du udregne hvor mange liter blod dit hjerte pumper ud på et minut, det kaldes h</w:t>
      </w:r>
      <w:r>
        <w:t>jertets minutvolumen</w:t>
      </w:r>
      <w:r>
        <w:t>. Du skal bruge de slagvolumener du fandt ovenfor i 5.</w:t>
      </w:r>
    </w:p>
    <w:p w14:paraId="74EB8BEC" w14:textId="3225B741" w:rsidR="00CC51FA" w:rsidRPr="00CC51FA" w:rsidRDefault="00CC51FA" w:rsidP="00CC51FA">
      <w:pPr>
        <w:rPr>
          <w:b/>
          <w:bCs/>
          <w:sz w:val="24"/>
          <w:szCs w:val="28"/>
        </w:rPr>
      </w:pPr>
      <w:r w:rsidRPr="00CC51FA">
        <w:rPr>
          <w:b/>
          <w:bCs/>
          <w:sz w:val="24"/>
          <w:szCs w:val="28"/>
        </w:rPr>
        <w:t>Hvordan kan en slagvolumen omregnes til minutvolumen?</w:t>
      </w:r>
    </w:p>
    <w:p w14:paraId="0B63C4E3" w14:textId="77777777" w:rsidR="00CC51FA" w:rsidRPr="00D110E1" w:rsidRDefault="00CC51FA" w:rsidP="00CC51FA">
      <w:r w:rsidRPr="00D110E1">
        <w:rPr>
          <w:b/>
          <w:bCs/>
        </w:rPr>
        <w:t>Minutvolumen</w:t>
      </w:r>
      <w:r w:rsidRPr="00D110E1">
        <w:t xml:space="preserve"> er den mængde blod, hjertet pumper ud på ét minut. Det beregnes sådan:</w:t>
      </w:r>
    </w:p>
    <w:p w14:paraId="0D84FE87" w14:textId="77777777" w:rsidR="00CC51FA" w:rsidRDefault="00CC51FA" w:rsidP="00CC51FA">
      <w:pPr>
        <w:rPr>
          <w:b/>
          <w:bCs/>
        </w:rPr>
      </w:pPr>
      <w:r w:rsidRPr="00D110E1">
        <w:rPr>
          <w:b/>
          <w:bCs/>
        </w:rPr>
        <w:t>Minutvolumen = puls × slagvolumen</w:t>
      </w:r>
      <w:r>
        <w:rPr>
          <w:b/>
          <w:bCs/>
        </w:rPr>
        <w:t xml:space="preserve">. </w:t>
      </w:r>
    </w:p>
    <w:p w14:paraId="42252E26" w14:textId="6090DB37" w:rsidR="00CC51FA" w:rsidRPr="00D110E1" w:rsidRDefault="00CC51FA" w:rsidP="00CC51FA">
      <w:r>
        <w:t xml:space="preserve">Hvis f.eks. du har en puls på 120 slag/min og en slagvolumen på 90 ml/min </w:t>
      </w:r>
      <w:r w:rsidRPr="00D110E1">
        <w:t>bliver beregningen:</w:t>
      </w:r>
    </w:p>
    <w:p w14:paraId="27684EFC" w14:textId="77777777" w:rsidR="00CC51FA" w:rsidRPr="00D110E1" w:rsidRDefault="00CC51FA" w:rsidP="00CC51FA">
      <w:r w:rsidRPr="00D110E1">
        <w:rPr>
          <w:b/>
          <w:bCs/>
        </w:rPr>
        <w:t>120 × 90 = 10.800 ml/min</w:t>
      </w:r>
    </w:p>
    <w:p w14:paraId="67AAD197" w14:textId="77777777" w:rsidR="00CC51FA" w:rsidRPr="00D110E1" w:rsidRDefault="00CC51FA" w:rsidP="00CC51FA">
      <w:r w:rsidRPr="00D110E1">
        <w:t xml:space="preserve">For at omregne til liter skal du </w:t>
      </w:r>
      <w:r w:rsidRPr="00D110E1">
        <w:rPr>
          <w:b/>
          <w:bCs/>
        </w:rPr>
        <w:t>dividere med 1.000</w:t>
      </w:r>
      <w:r w:rsidRPr="00D110E1">
        <w:t>, fordi 1 liter er 1.000 ml:</w:t>
      </w:r>
    </w:p>
    <w:p w14:paraId="1F3788F7" w14:textId="77777777" w:rsidR="00CC51FA" w:rsidRPr="00D110E1" w:rsidRDefault="00CC51FA" w:rsidP="00CC51FA">
      <w:r w:rsidRPr="00D110E1">
        <w:rPr>
          <w:b/>
          <w:bCs/>
        </w:rPr>
        <w:t>10.800 ÷ 1.000 = 10,8 liter/min</w:t>
      </w:r>
    </w:p>
    <w:p w14:paraId="44C393EB" w14:textId="77777777" w:rsidR="00CC51FA" w:rsidRDefault="00CC51FA" w:rsidP="00CC51FA">
      <w:pPr>
        <w:rPr>
          <w:b/>
          <w:bCs/>
        </w:rPr>
      </w:pPr>
      <w:r w:rsidRPr="00D110E1">
        <w:t xml:space="preserve">Hjertet pumper altså i dette eksempel 10,8 liter blod ud i kroppen hvert minut. </w:t>
      </w:r>
    </w:p>
    <w:p w14:paraId="2A0459DD" w14:textId="77777777" w:rsidR="00CC51FA" w:rsidRDefault="00CC51FA" w:rsidP="00CC51FA">
      <w:pPr>
        <w:rPr>
          <w:b/>
          <w:bCs/>
        </w:rPr>
      </w:pPr>
    </w:p>
    <w:p w14:paraId="1BBB3AFF" w14:textId="011F3C74" w:rsidR="00CC51FA" w:rsidRDefault="00CC51FA" w:rsidP="00CC51FA">
      <w:pPr>
        <w:rPr>
          <w:b/>
          <w:bCs/>
        </w:rPr>
      </w:pPr>
      <w:r>
        <w:rPr>
          <w:b/>
          <w:bCs/>
        </w:rPr>
        <w:t>Udregn dit minutvolumen ved hvile-puls og maksimal puls, og indfør dem i tabellen nedenfor.</w:t>
      </w:r>
    </w:p>
    <w:p w14:paraId="5B495368" w14:textId="77777777" w:rsidR="00CC51FA" w:rsidRDefault="00CC51FA" w:rsidP="00CC51FA">
      <w:pPr>
        <w:spacing w:after="200" w:line="276" w:lineRule="auto"/>
        <w:rPr>
          <w:i/>
          <w:iCs/>
        </w:rPr>
      </w:pPr>
    </w:p>
    <w:p w14:paraId="571CFC1E" w14:textId="168DDC4E" w:rsidR="00D65635" w:rsidRPr="00CC51FA" w:rsidRDefault="00D65635" w:rsidP="00CC51FA">
      <w:pPr>
        <w:spacing w:after="200" w:line="276" w:lineRule="auto"/>
      </w:pPr>
      <w:r w:rsidRPr="00D65635">
        <w:rPr>
          <w:bCs/>
        </w:rPr>
        <w:t xml:space="preserve">Formel til udregning af minutvolumen: </w:t>
      </w:r>
    </w:p>
    <w:p w14:paraId="378550B8" w14:textId="237EEB7E" w:rsidR="00F95D5C" w:rsidRDefault="00ED7E22">
      <w:pPr>
        <w:rPr>
          <w:b/>
        </w:rPr>
      </w:pPr>
      <w:r>
        <w:rPr>
          <w:b/>
        </w:rPr>
        <w:t>Minutvolumen (L/min) = puls (slag/min) × slagvolumen (</w:t>
      </w:r>
      <w:proofErr w:type="spellStart"/>
      <w:r>
        <w:rPr>
          <w:b/>
        </w:rPr>
        <w:t>mL</w:t>
      </w:r>
      <w:proofErr w:type="spellEnd"/>
      <w:r>
        <w:rPr>
          <w:b/>
        </w:rPr>
        <w:t>/slag) ÷ 1000</w:t>
      </w:r>
    </w:p>
    <w:tbl>
      <w:tblPr>
        <w:tblW w:w="10205"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01"/>
        <w:gridCol w:w="1871"/>
        <w:gridCol w:w="2381"/>
        <w:gridCol w:w="4252"/>
      </w:tblGrid>
      <w:tr w:rsidR="00F95D5C" w14:paraId="265913A8" w14:textId="77777777" w:rsidTr="00CC51FA">
        <w:trPr>
          <w:cantSplit/>
          <w:tblHeader/>
          <w:jc w:val="center"/>
        </w:trPr>
        <w:tc>
          <w:tcPr>
            <w:tcW w:w="1701" w:type="dxa"/>
            <w:shd w:val="clear" w:color="auto" w:fill="E9EFF2"/>
            <w:tcMar>
              <w:top w:w="85" w:type="dxa"/>
              <w:left w:w="90" w:type="dxa"/>
              <w:bottom w:w="85" w:type="dxa"/>
              <w:right w:w="90" w:type="dxa"/>
            </w:tcMar>
            <w:vAlign w:val="center"/>
          </w:tcPr>
          <w:p w14:paraId="107665C2" w14:textId="77777777" w:rsidR="00F95D5C" w:rsidRDefault="00ED7E22">
            <w:pPr>
              <w:spacing w:after="0" w:line="240" w:lineRule="auto"/>
            </w:pPr>
            <w:r>
              <w:rPr>
                <w:b/>
                <w:sz w:val="18"/>
              </w:rPr>
              <w:t>Tilstand</w:t>
            </w:r>
          </w:p>
        </w:tc>
        <w:tc>
          <w:tcPr>
            <w:tcW w:w="1871" w:type="dxa"/>
            <w:shd w:val="clear" w:color="auto" w:fill="E9EFF2"/>
            <w:tcMar>
              <w:top w:w="85" w:type="dxa"/>
              <w:left w:w="90" w:type="dxa"/>
              <w:bottom w:w="85" w:type="dxa"/>
              <w:right w:w="90" w:type="dxa"/>
            </w:tcMar>
            <w:vAlign w:val="center"/>
          </w:tcPr>
          <w:p w14:paraId="292A7ED2" w14:textId="77777777" w:rsidR="00F95D5C" w:rsidRDefault="00ED7E22">
            <w:pPr>
              <w:spacing w:after="0" w:line="240" w:lineRule="auto"/>
              <w:jc w:val="center"/>
            </w:pPr>
            <w:r>
              <w:rPr>
                <w:b/>
                <w:sz w:val="18"/>
              </w:rPr>
              <w:t>Puls</w:t>
            </w:r>
            <w:r>
              <w:rPr>
                <w:b/>
                <w:sz w:val="18"/>
              </w:rPr>
              <w:br/>
              <w:t>slag/min</w:t>
            </w:r>
          </w:p>
        </w:tc>
        <w:tc>
          <w:tcPr>
            <w:tcW w:w="2381" w:type="dxa"/>
            <w:shd w:val="clear" w:color="auto" w:fill="E9EFF2"/>
            <w:tcMar>
              <w:top w:w="85" w:type="dxa"/>
              <w:left w:w="90" w:type="dxa"/>
              <w:bottom w:w="85" w:type="dxa"/>
              <w:right w:w="90" w:type="dxa"/>
            </w:tcMar>
            <w:vAlign w:val="center"/>
          </w:tcPr>
          <w:p w14:paraId="5E5012BB" w14:textId="77777777" w:rsidR="00F95D5C" w:rsidRDefault="00ED7E22">
            <w:pPr>
              <w:spacing w:after="0" w:line="240" w:lineRule="auto"/>
              <w:jc w:val="center"/>
            </w:pPr>
            <w:r>
              <w:rPr>
                <w:b/>
                <w:sz w:val="18"/>
              </w:rPr>
              <w:t>Aflæst slagvolumen</w:t>
            </w:r>
            <w:r>
              <w:rPr>
                <w:b/>
                <w:sz w:val="18"/>
              </w:rPr>
              <w:br/>
              <w:t>mL/slag</w:t>
            </w:r>
          </w:p>
        </w:tc>
        <w:tc>
          <w:tcPr>
            <w:tcW w:w="4252" w:type="dxa"/>
            <w:shd w:val="clear" w:color="auto" w:fill="E9EFF2"/>
            <w:tcMar>
              <w:top w:w="85" w:type="dxa"/>
              <w:left w:w="90" w:type="dxa"/>
              <w:bottom w:w="85" w:type="dxa"/>
              <w:right w:w="90" w:type="dxa"/>
            </w:tcMar>
            <w:vAlign w:val="center"/>
          </w:tcPr>
          <w:p w14:paraId="40EB84F9" w14:textId="052820D7" w:rsidR="00F95D5C" w:rsidRDefault="00ED7E22">
            <w:pPr>
              <w:spacing w:after="0" w:line="240" w:lineRule="auto"/>
              <w:jc w:val="center"/>
            </w:pPr>
            <w:r>
              <w:rPr>
                <w:b/>
                <w:sz w:val="18"/>
              </w:rPr>
              <w:t>Beregnet minutvolumen</w:t>
            </w:r>
            <w:r>
              <w:rPr>
                <w:b/>
                <w:sz w:val="18"/>
              </w:rPr>
              <w:br/>
            </w:r>
            <w:r w:rsidR="00BD549F">
              <w:rPr>
                <w:b/>
                <w:sz w:val="18"/>
              </w:rPr>
              <w:t xml:space="preserve">i </w:t>
            </w:r>
            <w:r>
              <w:rPr>
                <w:b/>
                <w:sz w:val="18"/>
              </w:rPr>
              <w:t>L/min</w:t>
            </w:r>
          </w:p>
        </w:tc>
      </w:tr>
      <w:tr w:rsidR="00F95D5C" w14:paraId="0B0BB4A7" w14:textId="77777777" w:rsidTr="00CC51FA">
        <w:trPr>
          <w:cantSplit/>
          <w:jc w:val="center"/>
        </w:trPr>
        <w:tc>
          <w:tcPr>
            <w:tcW w:w="1701" w:type="dxa"/>
            <w:shd w:val="clear" w:color="auto" w:fill="FFFFFF"/>
            <w:tcMar>
              <w:top w:w="85" w:type="dxa"/>
              <w:left w:w="90" w:type="dxa"/>
              <w:bottom w:w="85" w:type="dxa"/>
              <w:right w:w="90" w:type="dxa"/>
            </w:tcMar>
            <w:vAlign w:val="center"/>
          </w:tcPr>
          <w:p w14:paraId="4253EDA5" w14:textId="77777777" w:rsidR="00F95D5C" w:rsidRDefault="00ED7E22">
            <w:pPr>
              <w:spacing w:after="0" w:line="240" w:lineRule="auto"/>
            </w:pPr>
            <w:r>
              <w:rPr>
                <w:sz w:val="18"/>
              </w:rPr>
              <w:t>Hvile</w:t>
            </w:r>
          </w:p>
        </w:tc>
        <w:tc>
          <w:tcPr>
            <w:tcW w:w="1871" w:type="dxa"/>
            <w:shd w:val="clear" w:color="auto" w:fill="FFFFFF"/>
            <w:tcMar>
              <w:top w:w="85" w:type="dxa"/>
              <w:left w:w="90" w:type="dxa"/>
              <w:bottom w:w="85" w:type="dxa"/>
              <w:right w:w="90" w:type="dxa"/>
            </w:tcMar>
            <w:vAlign w:val="center"/>
          </w:tcPr>
          <w:p w14:paraId="28D0B613" w14:textId="39014DCA" w:rsidR="00F95D5C" w:rsidRDefault="00ED7E22">
            <w:pPr>
              <w:spacing w:after="0" w:line="240" w:lineRule="auto"/>
              <w:jc w:val="center"/>
            </w:pPr>
            <w:sdt>
              <w:sdtPr>
                <w:alias w:val="Hvilepuls i skemaet"/>
                <w:tag w:val="hvile_puls_tabel"/>
                <w:id w:val="71013"/>
                <w:showingPlcHdr/>
                <w:text/>
              </w:sdtPr>
              <w:sdtEndPr/>
              <w:sdtContent>
                <w:r w:rsidR="00BD549F">
                  <w:t xml:space="preserve">     </w:t>
                </w:r>
              </w:sdtContent>
            </w:sdt>
          </w:p>
        </w:tc>
        <w:tc>
          <w:tcPr>
            <w:tcW w:w="2381" w:type="dxa"/>
            <w:shd w:val="clear" w:color="auto" w:fill="FFFFFF"/>
            <w:tcMar>
              <w:top w:w="85" w:type="dxa"/>
              <w:left w:w="90" w:type="dxa"/>
              <w:bottom w:w="85" w:type="dxa"/>
              <w:right w:w="90" w:type="dxa"/>
            </w:tcMar>
            <w:vAlign w:val="center"/>
          </w:tcPr>
          <w:p w14:paraId="69E5B64A" w14:textId="161DBF93" w:rsidR="00F95D5C" w:rsidRDefault="00ED7E22">
            <w:pPr>
              <w:spacing w:after="0" w:line="240" w:lineRule="auto"/>
              <w:jc w:val="center"/>
            </w:pPr>
            <w:sdt>
              <w:sdtPr>
                <w:alias w:val="Aflæst slagvolumen i hvile"/>
                <w:tag w:val="hvile_slagvolumen"/>
                <w:id w:val="71014"/>
                <w:showingPlcHdr/>
                <w:text/>
              </w:sdtPr>
              <w:sdtEndPr/>
              <w:sdtContent>
                <w:r w:rsidR="00BD549F">
                  <w:t xml:space="preserve">     </w:t>
                </w:r>
              </w:sdtContent>
            </w:sdt>
          </w:p>
        </w:tc>
        <w:tc>
          <w:tcPr>
            <w:tcW w:w="4252" w:type="dxa"/>
            <w:shd w:val="clear" w:color="auto" w:fill="FFFFFF"/>
            <w:tcMar>
              <w:top w:w="85" w:type="dxa"/>
              <w:left w:w="90" w:type="dxa"/>
              <w:bottom w:w="85" w:type="dxa"/>
              <w:right w:w="90" w:type="dxa"/>
            </w:tcMar>
            <w:vAlign w:val="center"/>
          </w:tcPr>
          <w:p w14:paraId="2C8F2859" w14:textId="6F8082E3" w:rsidR="00F95D5C" w:rsidRDefault="00F95D5C">
            <w:pPr>
              <w:spacing w:after="0" w:line="240" w:lineRule="auto"/>
              <w:jc w:val="center"/>
            </w:pPr>
          </w:p>
        </w:tc>
      </w:tr>
      <w:tr w:rsidR="00F95D5C" w14:paraId="41977D23" w14:textId="77777777" w:rsidTr="00CC51FA">
        <w:trPr>
          <w:cantSplit/>
          <w:jc w:val="center"/>
        </w:trPr>
        <w:tc>
          <w:tcPr>
            <w:tcW w:w="1701" w:type="dxa"/>
            <w:shd w:val="clear" w:color="auto" w:fill="FFFFFF"/>
            <w:tcMar>
              <w:top w:w="85" w:type="dxa"/>
              <w:left w:w="90" w:type="dxa"/>
              <w:bottom w:w="85" w:type="dxa"/>
              <w:right w:w="90" w:type="dxa"/>
            </w:tcMar>
            <w:vAlign w:val="center"/>
          </w:tcPr>
          <w:p w14:paraId="5B1E27BC" w14:textId="61D7DC27" w:rsidR="00F95D5C" w:rsidRDefault="00ED7E22">
            <w:pPr>
              <w:spacing w:after="0" w:line="240" w:lineRule="auto"/>
            </w:pPr>
            <w:r>
              <w:rPr>
                <w:sz w:val="18"/>
              </w:rPr>
              <w:t>Maks</w:t>
            </w:r>
            <w:r w:rsidR="00D65635">
              <w:rPr>
                <w:sz w:val="18"/>
              </w:rPr>
              <w:t xml:space="preserve"> puls</w:t>
            </w:r>
          </w:p>
        </w:tc>
        <w:tc>
          <w:tcPr>
            <w:tcW w:w="1871" w:type="dxa"/>
            <w:shd w:val="clear" w:color="auto" w:fill="FFFFFF"/>
            <w:tcMar>
              <w:top w:w="85" w:type="dxa"/>
              <w:left w:w="90" w:type="dxa"/>
              <w:bottom w:w="85" w:type="dxa"/>
              <w:right w:w="90" w:type="dxa"/>
            </w:tcMar>
            <w:vAlign w:val="center"/>
          </w:tcPr>
          <w:p w14:paraId="2EE73290" w14:textId="1AD45252" w:rsidR="00F95D5C" w:rsidRDefault="00ED7E22">
            <w:pPr>
              <w:spacing w:after="0" w:line="240" w:lineRule="auto"/>
              <w:jc w:val="center"/>
            </w:pPr>
            <w:sdt>
              <w:sdtPr>
                <w:alias w:val="Maxpuls i skemaet"/>
                <w:tag w:val="max_puls_tabel"/>
                <w:id w:val="71018"/>
                <w:showingPlcHdr/>
                <w:text/>
              </w:sdtPr>
              <w:sdtEndPr/>
              <w:sdtContent>
                <w:r w:rsidR="00BD549F">
                  <w:t xml:space="preserve">     </w:t>
                </w:r>
              </w:sdtContent>
            </w:sdt>
          </w:p>
        </w:tc>
        <w:tc>
          <w:tcPr>
            <w:tcW w:w="2381" w:type="dxa"/>
            <w:shd w:val="clear" w:color="auto" w:fill="FFFFFF"/>
            <w:tcMar>
              <w:top w:w="85" w:type="dxa"/>
              <w:left w:w="90" w:type="dxa"/>
              <w:bottom w:w="85" w:type="dxa"/>
              <w:right w:w="90" w:type="dxa"/>
            </w:tcMar>
            <w:vAlign w:val="center"/>
          </w:tcPr>
          <w:p w14:paraId="768B7AED" w14:textId="68FE66D7" w:rsidR="00F95D5C" w:rsidRDefault="00ED7E22">
            <w:pPr>
              <w:spacing w:after="0" w:line="240" w:lineRule="auto"/>
              <w:jc w:val="center"/>
            </w:pPr>
            <w:sdt>
              <w:sdtPr>
                <w:alias w:val="Aflæst slagvolumen ved maksimal belastning"/>
                <w:tag w:val="max_slagvolumen"/>
                <w:id w:val="71019"/>
                <w:showingPlcHdr/>
                <w:text/>
              </w:sdtPr>
              <w:sdtEndPr/>
              <w:sdtContent>
                <w:r w:rsidR="00BD549F">
                  <w:t xml:space="preserve">     </w:t>
                </w:r>
              </w:sdtContent>
            </w:sdt>
          </w:p>
        </w:tc>
        <w:tc>
          <w:tcPr>
            <w:tcW w:w="4252" w:type="dxa"/>
            <w:shd w:val="clear" w:color="auto" w:fill="FFFFFF"/>
            <w:tcMar>
              <w:top w:w="85" w:type="dxa"/>
              <w:left w:w="90" w:type="dxa"/>
              <w:bottom w:w="85" w:type="dxa"/>
              <w:right w:w="90" w:type="dxa"/>
            </w:tcMar>
            <w:vAlign w:val="center"/>
          </w:tcPr>
          <w:p w14:paraId="5FF7D446" w14:textId="302A33CE" w:rsidR="00F95D5C" w:rsidRDefault="00F95D5C">
            <w:pPr>
              <w:spacing w:after="0" w:line="240" w:lineRule="auto"/>
              <w:jc w:val="center"/>
            </w:pPr>
          </w:p>
        </w:tc>
      </w:tr>
    </w:tbl>
    <w:p w14:paraId="39DB1DA1" w14:textId="2711AA07" w:rsidR="00F95D5C" w:rsidRDefault="00F95D5C" w:rsidP="00CC51FA">
      <w:pPr>
        <w:spacing w:after="0"/>
      </w:pPr>
    </w:p>
    <w:sectPr w:rsidR="00F95D5C" w:rsidSect="00034616">
      <w:footerReference w:type="default" r:id="rId10"/>
      <w:pgSz w:w="11906" w:h="16838"/>
      <w:pgMar w:top="765" w:right="850" w:bottom="709" w:left="850" w:header="72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2292A" w14:textId="77777777" w:rsidR="00ED7E22" w:rsidRDefault="00ED7E22">
      <w:pPr>
        <w:spacing w:after="0" w:line="240" w:lineRule="auto"/>
      </w:pPr>
      <w:r>
        <w:separator/>
      </w:r>
    </w:p>
  </w:endnote>
  <w:endnote w:type="continuationSeparator" w:id="0">
    <w:p w14:paraId="46087B67" w14:textId="77777777" w:rsidR="00ED7E22" w:rsidRDefault="00ED7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BBD24" w14:textId="77777777" w:rsidR="00F95D5C" w:rsidRDefault="00ED7E22">
    <w:pPr>
      <w:pStyle w:val="Sidefod"/>
      <w:jc w:val="right"/>
    </w:pPr>
    <w:r>
      <w:fldChar w:fldCharType="begin"/>
    </w:r>
    <w:r>
      <w:instrText>PAGE</w:instrText>
    </w:r>
    <w:r>
      <w:fldChar w:fldCharType="separate"/>
    </w:r>
    <w:r w:rsidR="00F3361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1F07C" w14:textId="77777777" w:rsidR="00ED7E22" w:rsidRDefault="00ED7E22">
      <w:pPr>
        <w:spacing w:after="0" w:line="240" w:lineRule="auto"/>
      </w:pPr>
      <w:r>
        <w:separator/>
      </w:r>
    </w:p>
  </w:footnote>
  <w:footnote w:type="continuationSeparator" w:id="0">
    <w:p w14:paraId="679E3F3D" w14:textId="77777777" w:rsidR="00ED7E22" w:rsidRDefault="00ED7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9" w15:restartNumberingAfterBreak="0">
    <w:nsid w:val="1FE83A54"/>
    <w:multiLevelType w:val="hybridMultilevel"/>
    <w:tmpl w:val="E51E72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26934921">
    <w:abstractNumId w:val="8"/>
  </w:num>
  <w:num w:numId="2" w16cid:durableId="689531839">
    <w:abstractNumId w:val="6"/>
  </w:num>
  <w:num w:numId="3" w16cid:durableId="77799843">
    <w:abstractNumId w:val="5"/>
  </w:num>
  <w:num w:numId="4" w16cid:durableId="2012834046">
    <w:abstractNumId w:val="4"/>
  </w:num>
  <w:num w:numId="5" w16cid:durableId="841814972">
    <w:abstractNumId w:val="7"/>
  </w:num>
  <w:num w:numId="6" w16cid:durableId="997146279">
    <w:abstractNumId w:val="3"/>
  </w:num>
  <w:num w:numId="7" w16cid:durableId="998000472">
    <w:abstractNumId w:val="2"/>
  </w:num>
  <w:num w:numId="8" w16cid:durableId="1491671517">
    <w:abstractNumId w:val="1"/>
  </w:num>
  <w:num w:numId="9" w16cid:durableId="1581594726">
    <w:abstractNumId w:val="0"/>
  </w:num>
  <w:num w:numId="10" w16cid:durableId="8315241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3A1"/>
    <w:rsid w:val="000A7901"/>
    <w:rsid w:val="0015074B"/>
    <w:rsid w:val="001D00BB"/>
    <w:rsid w:val="002005B7"/>
    <w:rsid w:val="0029639D"/>
    <w:rsid w:val="00326F90"/>
    <w:rsid w:val="004A5535"/>
    <w:rsid w:val="00743CD8"/>
    <w:rsid w:val="0087750F"/>
    <w:rsid w:val="008A5E2B"/>
    <w:rsid w:val="00AA1D8D"/>
    <w:rsid w:val="00B47730"/>
    <w:rsid w:val="00BD549F"/>
    <w:rsid w:val="00C25C8D"/>
    <w:rsid w:val="00CB0664"/>
    <w:rsid w:val="00CC39E7"/>
    <w:rsid w:val="00CC51FA"/>
    <w:rsid w:val="00D65635"/>
    <w:rsid w:val="00E64535"/>
    <w:rsid w:val="00ED7E22"/>
    <w:rsid w:val="00F33618"/>
    <w:rsid w:val="00F95D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86FDBD"/>
  <w14:defaultImageDpi w14:val="300"/>
  <w15:docId w15:val="{2D34A5EF-1E63-491E-AC7E-25C901BA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Calibri" w:hAnsi="Calibri"/>
      <w:color w:val="000000"/>
      <w:sz w:val="21"/>
      <w:lang w:val="da-DK"/>
    </w:rPr>
  </w:style>
  <w:style w:type="paragraph" w:styleId="Overskrift1">
    <w:name w:val="heading 1"/>
    <w:basedOn w:val="Normal"/>
    <w:next w:val="Normal"/>
    <w:link w:val="Overskrift1Tegn"/>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Overskrift2">
    <w:name w:val="heading 2"/>
    <w:basedOn w:val="Normal"/>
    <w:next w:val="Normal"/>
    <w:link w:val="Overskrift2Tegn"/>
    <w:uiPriority w:val="9"/>
    <w:unhideWhenUsed/>
    <w:qFormat/>
    <w:rsid w:val="00FC693F"/>
    <w:pPr>
      <w:keepNext/>
      <w:keepLines/>
      <w:spacing w:before="200"/>
      <w:outlineLvl w:val="1"/>
    </w:pPr>
    <w:rPr>
      <w:rFonts w:asciiTheme="majorHAnsi" w:eastAsiaTheme="majorEastAsia" w:hAnsiTheme="majorHAnsi" w:cstheme="majorBidi"/>
      <w:b/>
      <w:bCs/>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rPr>
      <w:sz w:val="16"/>
    </w:r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46"/>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sz w:val="16"/>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864</Words>
  <Characters>4433</Characters>
  <Application>Microsoft Office Word</Application>
  <DocSecurity>0</DocSecurity>
  <Lines>71</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Øvelsesvejledning om lungevolumen og puls</vt:lpstr>
      <vt:lpstr/>
    </vt:vector>
  </TitlesOfParts>
  <Manager/>
  <Company/>
  <LinksUpToDate>false</LinksUpToDate>
  <CharactersWithSpaces>5248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Øvelsesvejledning om lungevolumen og puls</dc:title>
  <dc:subject>Elevark med redigerbare svarfelter</dc:subject>
  <dc:creator>Claus Gudum Faaborg</dc:creator>
  <cp:keywords/>
  <dc:description>generated by python-docx</dc:description>
  <cp:lastModifiedBy>Claus Gudum Faaborg</cp:lastModifiedBy>
  <cp:revision>4</cp:revision>
  <dcterms:created xsi:type="dcterms:W3CDTF">2026-10-01T07:08:00Z</dcterms:created>
  <dcterms:modified xsi:type="dcterms:W3CDTF">2026-10-09T09:01:00Z</dcterms:modified>
  <cp:category/>
</cp:coreProperties>
</file>